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מרכזי למידה עם קוביות בהשתלמות למורים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ההשתלמות הקצרה ואת מטרתה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קוביות משמשות ככלי ליצירת מרכזי למידה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יישום הרעיון בכיתה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30-40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להציג דרך מעשית ליצירת מרכזי למידה עם קוביות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להציג או להדפיס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אורכת 30-40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מיועד למי שמוביל את ההשתלמות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(אוסף שקופיות שמוצג לפי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(עמוד אחד מתוך המצגת)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 עם שישה צדדים שמנחה בחירה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(פינה בכיתה שבה תלמידים פועלים בעצמם)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(הסברים נוספים שעוזרים להוביל את המפגש)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מפרט נושא מהתוכן הנלמד, מסביר כיצד הקובייה קובעת את המשימה, מתאים לגיל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מזכיר למידה פעילה, זכירה טובה יותר, יישום מיידי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30-40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רלוונטית עם קשר ברור לתוכן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מראש ואז להעביר את הדף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למורים לשתף תשובות בזוגות לפני מענה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להשאיר זמן בסוף למילוי כרטיס היציאה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מרכזי למידה עם קוביות בהשתלמות למורים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מצגת קצרה למורים. היא מראה איך בונים פינות למידה עם קוביות. אפשר להשתמש ברעיון מחר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מרכז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פינה בכיתה שבה תלמידים עובדים בעצמם על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משחק עם שישה צדדים שמחליט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השתלמות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מפגש קצר שבו מורים לומדים דבר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שמוביל את ההשתלמות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עמוד אחד מתוך המצגת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מצגת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שקופיות שמוצג לפי 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התנסות מעשית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בפועל ולא רק הקשבה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גרסה להדפסה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עותק של המצגת שאפשר להדפיס ולהשתמש בו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דפים יש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נמשך המפגש?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15-20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30-40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המפגש?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תיאוריה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דרך מעשית ליצירת מרכזי למידה עם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על היסטוריה של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להעריך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כלי משתמשים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דפי צביעה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לעשות עם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לצפות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או להדפיס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בדואר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להקרין בקולנוע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ההשתלמות מיועדת למורים ולמורות.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ההשתלמות אורכת כשעתיים.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לעבור בין השקופיות באמצעות החיצים במקלדת.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הקובץ עם ההערות למנחה מיועד לתלמידים.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ההשתלמות היא התנסות מעשית שאפשר לקחת לכיתה כבר למחרת.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המצגת כוללת __________ שקופיות.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ההשתלמות נמשכת בין 30 ל-__________ דקות.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לעבור בין השקופיות בעזרת ה__________ במקלדת.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מרכזי הלמידה בהשתלמות בנויים סביב כלי ששמו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הקבצים הנלווים להשתלמות מיועד למי שמוביל את המפגש ונקרא קובץ עם הערות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הסברים נוספים שעוזרים להוביל את המפגש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שקופית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עם שישה צדדים שמנחה בחירה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קובייה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פינה בכיתה שבה תלמידים פועלים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מרכז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אוסף שקופיות שמוצג לפי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הערות למנחה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עמוד אחד מתוך המצגת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מרכז למידה אחד שהייתם בונים בעזרת קובייה בכיתה שלכם, כולל הנושא והמשימה שהקובייה מחליטה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היתרון, לדעתכם, בהתנסות מעשית במהלך ההשתלמות לעומת הרצאה בלבד?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אורך ההשתלמות שהוצגה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כלי עומד במרכז הפעילות המוצעת?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למרכז למידה עם קובייה בנושא שאתם מלמדים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מרכזי למידה עם קוביות בהשתלמות למורים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