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מרכזי למידה עם קוביות בהשתלמות למורים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ההשתלמות הקצרה ואת מטרתה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קוביות משמשות ככלי ליצירת מרכזי למידה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יישום הרעיון בכיתה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30-40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קוביות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המונח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(אוסף שקופיות שמוצג לפי סדר)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(עמוד אחד מתוך המצגת)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(כלי עם שישה צדדים שמנחה בחירה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מפרט נושא מהתוכן הנלמד, מסביר כיצד הקובייה קובעת את המשימה, מתאים לגיל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30-40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קוביות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רלוונטית עם קשר ברור לתוכן הנלמד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מראש ואז להעביר את הדף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למורים לשתף תשובות בזוגות לפני מענה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להשאיר זמן בסוף למילוי כרטיס היציאה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מרכזי למידה עם קוביות בהשתלמות למורים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ההשתלמות 'גלגלו ולמדו' מציגה למורים ולמורות דרך מעשית וקצרה לבנות מרכזי למידה בעזרת קוביות, כך שאפשר לקחת את הרעיון לכיתה כבר למחרת.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40  ·  13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זמן אורכת ההשתלמות?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15-20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30-40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כלי עומד במרכז הפעילות המוצעת בהשתלמות?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קוביות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פאזל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ההשתלמות מיועדת למורים ולמורות.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לעבור בין השקופיות באמצעות החיצים במקלדת.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המצגת כוללת __________ שקופיות.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ההשתלמות נמשכת בין 30 ל-__________ דקות.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המונח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מצגת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עמוד אחד מתוך המצגת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שקופית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כלי עם שישה צדדים שמנחה בחירה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קובייה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אוסף שקופיות שמוצג לפי 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בקצרה מרכז למידה אחד שהייתם בונים בעזרת קובייה בכיתה שלכם, כולל הנושא והמשימה שהקובייה מחליטה עליה.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אורך ההשתלמות שהוצגה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כלי עומד במרכז הפעילות המוצעת?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מרכזי למידה עם קוביות בהשתלמות למורים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